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מיקוריזה וכיצד היא מחברת בין עצים לפטריות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עקרון ההדדיות בשותפות בין העץ לפטרייה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מדעי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מיקוריזה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פטרייה ושורש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התחילו לייצר חומרי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עץ ותיק שמחובר לעצים רבים ומסייע לצמיחתם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הראשונה והשנייה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נכתב שהם דקים יותר משערה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שותפות הדדית, שני הצדדים מרוויחים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חלק מהחוקרים מטילים ספק בגלל חוסר ראיות מספיק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בפסקה האחרונה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מינרלים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(שותפות בין חוטי פטרייה לשורשי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(חומרים מן האדמה שהצמח זקוק 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(מצב שבו שני הצדדים נותנים ומקבלים)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(הסבר אפשרי שעוד צריך לבדוק)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(עובדות ותוצאות שתומכות בטענה)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העץ מייצר סוכרים בעליו בעזרת אור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חוטי הפטרייה נצמדים לשורשי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העץ מעביר חלק מהסוכרים לפטרייה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הפטרייה עוזרת לעץ לקלוט מים ומינרלים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מחברת בין העצים ומעבירה ביניהם מידע וחומרים, בדיוק כמו רשת תקשורת.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שותפות בין חוטי פטרייה לשורשי 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שני הצדדים נותנים ומקבלים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עצים ותיקים שמעבירים חומרים לשתילים צעירים; יש חוקרים שאומרים שהראיות עדיין מעטות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הניחוש שהתלמידים כתבו לפני הקריאה ולחזור אליו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עובדה מוכחת להשערה שעדיין נבדקת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חלק הכתיבה הפתוח בכיתות חלשות ולהסתפק בחלק הקצר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כתוב על פטריות קטנות שמחברות בין שורשי העצים ביער. העצים והפטריות עוזרים אחד לשני.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מיקוריזה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שותפות בין חוטי פטרייה לשורשי צמח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מינרלים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חומרים מן האדמה שהצמח זקוק להם כדי לגדול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הדדיות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שני הצדדים נותנים ומקבלים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חממות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מבנים סגורים ומוארים שבהם מגדלים צמחים בתנאים מבוקרים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אפשרי שעוד צריך לבדוק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עובדות ותוצאות שתומכות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בתמורה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בתשלום, כדי להחזיר משהו בעד מה שקיבלו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הקשר בין הפטרייה לשורשים?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מיקוריזה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פוטוסינתזה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מטבוליזם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אקולוגיה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מיקוריזה אומרת ביוונית?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פטרייה ושורש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וענן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ואוויר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 וירח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העץ נותן לפטרייה?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הצמחים האחרים כשהצמח הראשון הותקף?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התחילו לייצר חומרי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הפסיקו לגדול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התחילו לפרוח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עץ אם?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ותיק שמחובר לעצים רבים ומסייע לצמיחתם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חדש שנשתל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שאין לו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שגדל רק במים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השורשים של עצים רבים ביער קשורים זה לזה באמצעות רשת פטריות.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חוטי הפטרייה עבים יותר משערה.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בשותפות המיקוריזה רק העץ מרוויח והפטרייה לא מקבלת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החוקרים מסכימים לגמרי שרעיון "עצי האם" נכון במאה אחוז.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המדע, לפי הטקסט, הוא תהליך של שאלות ובדיקות ולא אוסף תשובות סגורות.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השם "מיקוריזה" הוא מילה __________ שמשמעה בערך "פטרייה ושורש".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שותפות שבה שני הצדדים מרוויחים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חוטי הפטרייה דקים יותר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שעצים ותיקים מסייעים לשתילים צעירים נקרא רעיון עצי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חומרים מן האדמה שהצמח זקוק להם כדי לגדול נקראים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מיקוריזה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אפשרי שעוד צריך לבדוק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מינרלים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שותפות בין חוטי פטרייה לשורשי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חומרים מן האדמה שהצמח זקוק 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השערה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עובדות ותוצאות שתומכות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מצב שבו שני הצדדים נותנים ומקבלים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חוטי הפטרייה נצמדים לשורשי 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העץ מייצר סוכרים בעליו בעזרת אור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הפטרייה עוזרת לעץ לקלוט מים ומינרלים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העץ מעביר חלק מהסוכרים לפטרייה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קוראים לרשת הפטריות "האינטרנט של היער".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מיקוריזה?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קוראים לשותפות בין העץ לפטרייה הדדיות?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רעיון עצי האם, ומה הביקורת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האינטרנט הסודי של היער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