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מיקוריזה וכיצד היא מחברת בין עצים לפטריות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עקרון ההדדיות בשותפות בין העץ לפטרייה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מדעי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מיקוריזה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סוכרים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 והשנייה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נכתב שהם דקים יותר משערה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שערה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(שותפות בין חוטי פטרייה לשורשי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(חומרים מן האדמה שהצמח זקוק להם)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(מצב שבו שני הצדדים נותנים ומקבלים)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(עובדות ותוצאות שתומכות בטענה)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מייצר סוכרים בעליו בעזרת אור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חוטי הפטרייה נצמדים לשורשי העץ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העץ מעביר חלק מהסוכרים לפטרייה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היא מחברת בין העצים ומעבירה ביניהם מידע וחומרים, בדיוק כמו רשת תקשורת.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שותפות בין חוטי פטרייה לשורשי 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שני הצדדים נותנים ומקבלים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 ותיקים שמעבירים חומרים לשתילים צעירים; יש חוקרים שאומרים שהראיות עדיין מעטות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הניחוש שהתלמידים כתבו לפני הקריאה ולחזור אליו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עובדה מוכחת להשערה שעדיין נבדקת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חלק הכתיבה הפתוח בכיתות חלשות ולהסתפק בחלק הקצר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מספר על רשת נסתרת של פטריות המחברת בין שורשי עצים ביער, ועל השאלות שהמדענים עדיין בודקים לגביה.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הדדיות  ·  שערה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איך קוראים לשותפות בין חוטי הפטרייה לשורשי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מיקוריזה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פוטוסינתזה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מטבוליזם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העץ מעביר לפטרייה בשותפות?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השורשים של עצים רבים ביער קשורים זה לזה באמצעות רשת פטריות.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חוטי הפטרייה עבים יותר משערה.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שותפות שבה שני הצדדים מרוויחים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חוטי הפטרייה דקים יותר מ__________.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מיקוריזה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מצב שבו שני הצדדים נותנים ומקבלים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מינרלים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עובדות ותוצאות שתומכות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הדדיות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חומרים מן האדמה שהצמח זקוק להם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שותפות בין חוטי פטרייה לשורשי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חוטי הפטרייה נצמדים לשורשי העץ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העץ מעביר חלק מהסוכרים לפטרייה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העץ מייצר סוכרים בעליו בעזרת אור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קוראים לרשת הפטריות "האינטרנט של היער".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מיקוריזה?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קוראים לשותפות בין העץ לפטרייה הדדיות?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